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8A9DB3" w14:textId="77777777" w:rsidR="00EB0ED9" w:rsidRDefault="00000000">
      <w:pPr>
        <w:spacing w:after="40"/>
        <w:rPr>
          <w:lang w:eastAsia="ja-JP"/>
        </w:rPr>
      </w:pPr>
      <w:r>
        <w:rPr>
          <w:b/>
          <w:color w:val="1B6B4E"/>
          <w:sz w:val="28"/>
          <w:lang w:eastAsia="ja-JP"/>
        </w:rPr>
        <w:t>PRESS RELEASE</w:t>
      </w:r>
    </w:p>
    <w:p w14:paraId="2CD0A10A" w14:textId="486A90D5" w:rsidR="00EB0ED9" w:rsidRDefault="00000000">
      <w:pPr>
        <w:spacing w:after="40"/>
        <w:jc w:val="right"/>
        <w:rPr>
          <w:lang w:eastAsia="ja-JP"/>
        </w:rPr>
      </w:pPr>
      <w:r>
        <w:rPr>
          <w:lang w:eastAsia="ja-JP"/>
        </w:rPr>
        <w:t>2026年8月</w:t>
      </w:r>
      <w:r w:rsidR="003B2FD2">
        <w:rPr>
          <w:lang w:eastAsia="ja-JP"/>
        </w:rPr>
        <w:t>5</w:t>
      </w:r>
      <w:r>
        <w:rPr>
          <w:lang w:eastAsia="ja-JP"/>
        </w:rPr>
        <w:t>日</w:t>
      </w:r>
    </w:p>
    <w:p w14:paraId="5ABEBB46" w14:textId="77777777" w:rsidR="00EB0ED9" w:rsidRDefault="00000000">
      <w:pPr>
        <w:spacing w:after="280"/>
        <w:jc w:val="right"/>
        <w:rPr>
          <w:lang w:eastAsia="ja-JP"/>
        </w:rPr>
      </w:pPr>
      <w:r>
        <w:rPr>
          <w:lang w:eastAsia="ja-JP"/>
        </w:rPr>
        <w:t>株式会社アカベコランド</w:t>
      </w:r>
    </w:p>
    <w:p w14:paraId="62234093" w14:textId="3DC387ED" w:rsidR="00EB0ED9" w:rsidRPr="00222CAD" w:rsidRDefault="00222CAD">
      <w:pPr>
        <w:spacing w:after="0"/>
        <w:rPr>
          <w:color w:val="EE0000"/>
          <w:sz w:val="36"/>
          <w:szCs w:val="36"/>
          <w:lang w:eastAsia="ja-JP"/>
        </w:rPr>
      </w:pPr>
      <w:r w:rsidRPr="00222CAD">
        <w:rPr>
          <w:b/>
          <w:color w:val="EE0000"/>
          <w:sz w:val="36"/>
          <w:szCs w:val="36"/>
          <w:lang w:eastAsia="ja-JP"/>
        </w:rPr>
        <w:t>栃木のソウルドリンク「関東・栃木レモン」</w:t>
      </w:r>
      <w:r w:rsidR="00000000" w:rsidRPr="00222CAD">
        <w:rPr>
          <w:b/>
          <w:color w:val="EE0000"/>
          <w:sz w:val="36"/>
          <w:szCs w:val="36"/>
          <w:lang w:eastAsia="ja-JP"/>
        </w:rPr>
        <w:t>が、</w:t>
      </w:r>
    </w:p>
    <w:p w14:paraId="6B17B065" w14:textId="3630D3E2" w:rsidR="00222CAD" w:rsidRPr="00222CAD" w:rsidRDefault="00000000" w:rsidP="00222CAD">
      <w:pPr>
        <w:spacing w:after="280"/>
        <w:rPr>
          <w:color w:val="EE0000"/>
          <w:sz w:val="36"/>
          <w:szCs w:val="36"/>
          <w:lang w:eastAsia="ja-JP"/>
        </w:rPr>
      </w:pPr>
      <w:r w:rsidRPr="00222CAD">
        <w:rPr>
          <w:b/>
          <w:color w:val="EE0000"/>
          <w:sz w:val="36"/>
          <w:szCs w:val="36"/>
          <w:lang w:eastAsia="ja-JP"/>
        </w:rPr>
        <w:t>キラキラの</w:t>
      </w:r>
      <w:r w:rsidR="00222CAD" w:rsidRPr="00222CAD">
        <w:rPr>
          <w:rFonts w:hint="eastAsia"/>
          <w:b/>
          <w:color w:val="EE0000"/>
          <w:sz w:val="36"/>
          <w:szCs w:val="36"/>
          <w:lang w:eastAsia="ja-JP"/>
        </w:rPr>
        <w:t>クリスタル</w:t>
      </w:r>
      <w:r w:rsidRPr="00222CAD">
        <w:rPr>
          <w:b/>
          <w:color w:val="EE0000"/>
          <w:sz w:val="36"/>
          <w:szCs w:val="36"/>
          <w:lang w:eastAsia="ja-JP"/>
        </w:rPr>
        <w:t>シールに。</w:t>
      </w:r>
      <w:r w:rsidR="00222CAD" w:rsidRPr="00222CAD">
        <w:rPr>
          <w:b/>
          <w:color w:val="EE0000"/>
          <w:sz w:val="36"/>
          <w:szCs w:val="36"/>
          <w:lang w:eastAsia="ja-JP"/>
        </w:rPr>
        <w:t>8月4日（火）発売</w:t>
      </w:r>
    </w:p>
    <w:p w14:paraId="7BFAB39C" w14:textId="15A36D43" w:rsidR="00EB0ED9" w:rsidRDefault="00000000">
      <w:pPr>
        <w:spacing w:after="280"/>
        <w:rPr>
          <w:lang w:eastAsia="ja-JP"/>
        </w:rPr>
      </w:pPr>
      <w:r>
        <w:rPr>
          <w:lang w:eastAsia="ja-JP"/>
        </w:rPr>
        <w:t>株式会社アカベコランド（福島県会津若松市</w:t>
      </w:r>
      <w:r w:rsidR="00A92A41">
        <w:rPr>
          <w:rFonts w:hint="eastAsia"/>
          <w:lang w:eastAsia="ja-JP"/>
        </w:rPr>
        <w:t>）</w:t>
      </w:r>
      <w:r>
        <w:rPr>
          <w:lang w:eastAsia="ja-JP"/>
        </w:rPr>
        <w:t>は、栃木県民のソウルドリンクとして親しまれる栃木乳業株式会社の乳飲料「関東・栃木レモン」をモチーフにしたシール「関東・栃木レモン クリスタルシール」（660円・税込）を、2026年8月</w:t>
      </w:r>
      <w:r w:rsidR="003B2FD2">
        <w:rPr>
          <w:lang w:eastAsia="ja-JP"/>
        </w:rPr>
        <w:t>4</w:t>
      </w:r>
      <w:r>
        <w:rPr>
          <w:lang w:eastAsia="ja-JP"/>
        </w:rPr>
        <w:t>日（火）より、アカベコランド各店およびオンラインショップにて発売しました。おなじみの黄色と緑の紙パック、グラスに注いだレモン色、そしてパッケージの「無果汁」の文字まで——1シートに30枚以上を、ぷっくり立体・キラキラのクリスタル仕様で再現しました。光の角度で輝きが変わるクリスタル加工で、スマホケースや水筒に貼れる一枚です。</w:t>
      </w:r>
    </w:p>
    <w:p w14:paraId="138293C3" w14:textId="6DA312B3" w:rsidR="00A92A41" w:rsidRDefault="00A92A41">
      <w:pPr>
        <w:spacing w:after="280"/>
        <w:rPr>
          <w:lang w:eastAsia="ja-JP"/>
        </w:rPr>
      </w:pPr>
      <w:r>
        <w:rPr>
          <w:rFonts w:hint="eastAsia"/>
          <w:noProof/>
          <w:lang w:eastAsia="ja-JP"/>
        </w:rPr>
        <w:drawing>
          <wp:inline distT="0" distB="0" distL="0" distR="0" wp14:anchorId="24115763" wp14:editId="24011FD4">
            <wp:extent cx="5486400" cy="3657600"/>
            <wp:effectExtent l="0" t="0" r="0" b="0"/>
            <wp:docPr id="43903115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1152" name="図 439031152"/>
                    <pic:cNvPicPr/>
                  </pic:nvPicPr>
                  <pic:blipFill>
                    <a:blip r:embed="rId6"/>
                    <a:stretch>
                      <a:fillRect/>
                    </a:stretch>
                  </pic:blipFill>
                  <pic:spPr>
                    <a:xfrm>
                      <a:off x="0" y="0"/>
                      <a:ext cx="5486400" cy="3657600"/>
                    </a:xfrm>
                    <a:prstGeom prst="rect">
                      <a:avLst/>
                    </a:prstGeom>
                  </pic:spPr>
                </pic:pic>
              </a:graphicData>
            </a:graphic>
          </wp:inline>
        </w:drawing>
      </w:r>
    </w:p>
    <w:p w14:paraId="5BC95FEE" w14:textId="77777777" w:rsidR="00EB0ED9" w:rsidRDefault="00000000">
      <w:pPr>
        <w:spacing w:after="80"/>
        <w:rPr>
          <w:lang w:eastAsia="ja-JP"/>
        </w:rPr>
      </w:pPr>
      <w:r>
        <w:rPr>
          <w:b/>
          <w:color w:val="1B6B4E"/>
          <w:sz w:val="24"/>
          <w:lang w:eastAsia="ja-JP"/>
        </w:rPr>
        <w:t>背景・ストーリー</w:t>
      </w:r>
    </w:p>
    <w:p w14:paraId="28907760" w14:textId="77777777" w:rsidR="00EB0ED9" w:rsidRDefault="00000000">
      <w:pPr>
        <w:spacing w:after="40"/>
        <w:rPr>
          <w:lang w:eastAsia="ja-JP"/>
        </w:rPr>
      </w:pPr>
      <w:r>
        <w:rPr>
          <w:b/>
          <w:lang w:eastAsia="ja-JP"/>
        </w:rPr>
        <w:t>■ 福島の赤</w:t>
      </w:r>
      <w:proofErr w:type="gramStart"/>
      <w:r>
        <w:rPr>
          <w:b/>
          <w:lang w:eastAsia="ja-JP"/>
        </w:rPr>
        <w:t>べこ</w:t>
      </w:r>
      <w:proofErr w:type="gramEnd"/>
      <w:r>
        <w:rPr>
          <w:b/>
          <w:lang w:eastAsia="ja-JP"/>
        </w:rPr>
        <w:t>メーカーが、栃木のソウルドリンクをつくる</w:t>
      </w:r>
    </w:p>
    <w:p w14:paraId="49405FA9" w14:textId="5A2EDA49" w:rsidR="00EB0ED9" w:rsidRDefault="00000000">
      <w:pPr>
        <w:spacing w:after="160"/>
        <w:rPr>
          <w:lang w:eastAsia="ja-JP"/>
        </w:rPr>
      </w:pPr>
      <w:r>
        <w:rPr>
          <w:lang w:eastAsia="ja-JP"/>
        </w:rPr>
        <w:lastRenderedPageBreak/>
        <w:t>アカベコランドは会津の郷土玩具「赤</w:t>
      </w:r>
      <w:proofErr w:type="gramStart"/>
      <w:r>
        <w:rPr>
          <w:lang w:eastAsia="ja-JP"/>
        </w:rPr>
        <w:t>べこ</w:t>
      </w:r>
      <w:proofErr w:type="gramEnd"/>
      <w:r>
        <w:rPr>
          <w:lang w:eastAsia="ja-JP"/>
        </w:rPr>
        <w:t>」の製造販売と体験型観光施設を運営する会社です。赤</w:t>
      </w:r>
      <w:proofErr w:type="gramStart"/>
      <w:r>
        <w:rPr>
          <w:lang w:eastAsia="ja-JP"/>
        </w:rPr>
        <w:t>べこは</w:t>
      </w:r>
      <w:proofErr w:type="gramEnd"/>
      <w:r>
        <w:rPr>
          <w:lang w:eastAsia="ja-JP"/>
        </w:rPr>
        <w:t>約400年前の会津地震からの復興に由来する縁起物で、疫病除け・魔除けとして親しまれてきました。2024年12月には栃木乳業との取り組みとして「レモン牛乳</w:t>
      </w:r>
      <w:proofErr w:type="gramStart"/>
      <w:r>
        <w:rPr>
          <w:lang w:eastAsia="ja-JP"/>
        </w:rPr>
        <w:t>まめべこ</w:t>
      </w:r>
      <w:proofErr w:type="gramEnd"/>
      <w:r>
        <w:rPr>
          <w:lang w:eastAsia="ja-JP"/>
        </w:rPr>
        <w:t>」を発売。今回のクリスタルシールは、シート下段にはレモン牛乳カラーをまとった赤</w:t>
      </w:r>
      <w:proofErr w:type="gramStart"/>
      <w:r>
        <w:rPr>
          <w:lang w:eastAsia="ja-JP"/>
        </w:rPr>
        <w:t>べこも</w:t>
      </w:r>
      <w:proofErr w:type="gramEnd"/>
      <w:r>
        <w:rPr>
          <w:lang w:eastAsia="ja-JP"/>
        </w:rPr>
        <w:t>並びます。福島と栃木、それぞれの地域文化が1枚のシートの上で並ぶ商品です。</w:t>
      </w:r>
    </w:p>
    <w:p w14:paraId="45A2C2AA" w14:textId="77777777" w:rsidR="00EB0ED9" w:rsidRDefault="00000000">
      <w:pPr>
        <w:spacing w:after="40"/>
        <w:rPr>
          <w:lang w:eastAsia="ja-JP"/>
        </w:rPr>
      </w:pPr>
      <w:r>
        <w:rPr>
          <w:b/>
          <w:lang w:eastAsia="ja-JP"/>
        </w:rPr>
        <w:t>■ 660円で持ち帰れる、ご当地文化</w:t>
      </w:r>
    </w:p>
    <w:p w14:paraId="1012DFA8" w14:textId="77777777" w:rsidR="00EB0ED9" w:rsidRDefault="00000000">
      <w:pPr>
        <w:spacing w:after="280"/>
        <w:rPr>
          <w:lang w:eastAsia="ja-JP"/>
        </w:rPr>
      </w:pPr>
      <w:r>
        <w:rPr>
          <w:lang w:eastAsia="ja-JP"/>
        </w:rPr>
        <w:t>クリスタルシールはこれまでも好評をいただいているシリーズで、修学旅行生やインバウンド客にも手に取りやすい価格帯に設定しています。貼るだけでいつもの持ち物が華やぐ手軽さで、ご当地の記憶を日常に持ち帰ってもらうことを狙いました。</w:t>
      </w:r>
    </w:p>
    <w:p w14:paraId="3F1AF916" w14:textId="77777777" w:rsidR="00EB0ED9" w:rsidRDefault="00000000">
      <w:pPr>
        <w:spacing w:after="80"/>
        <w:rPr>
          <w:lang w:eastAsia="ja-JP"/>
        </w:rPr>
      </w:pPr>
      <w:r>
        <w:rPr>
          <w:b/>
          <w:color w:val="1B6B4E"/>
          <w:sz w:val="24"/>
          <w:lang w:eastAsia="ja-JP"/>
        </w:rPr>
        <w:t>商品概要</w:t>
      </w:r>
    </w:p>
    <w:p w14:paraId="08D29EA8" w14:textId="77777777" w:rsidR="00EB0ED9" w:rsidRDefault="00000000">
      <w:pPr>
        <w:spacing w:after="60"/>
        <w:rPr>
          <w:lang w:eastAsia="ja-JP"/>
        </w:rPr>
      </w:pPr>
      <w:r>
        <w:rPr>
          <w:b/>
          <w:lang w:eastAsia="ja-JP"/>
        </w:rPr>
        <w:t>商品名：</w:t>
      </w:r>
      <w:r>
        <w:rPr>
          <w:lang w:eastAsia="ja-JP"/>
        </w:rPr>
        <w:t>関東・栃木レモン クリスタルシール</w:t>
      </w:r>
    </w:p>
    <w:p w14:paraId="131D4875" w14:textId="77777777" w:rsidR="00EB0ED9" w:rsidRDefault="00000000">
      <w:pPr>
        <w:spacing w:after="60"/>
      </w:pPr>
      <w:r>
        <w:rPr>
          <w:b/>
        </w:rPr>
        <w:t>価格：</w:t>
      </w:r>
      <w:r>
        <w:t>660円（税込）</w:t>
      </w:r>
    </w:p>
    <w:p w14:paraId="65717789" w14:textId="77777777" w:rsidR="00EB0ED9" w:rsidRDefault="00000000">
      <w:pPr>
        <w:spacing w:after="60"/>
      </w:pPr>
      <w:r>
        <w:rPr>
          <w:b/>
        </w:rPr>
        <w:t>発売日：</w:t>
      </w:r>
      <w:r>
        <w:t>2026年8月4日（火）</w:t>
      </w:r>
    </w:p>
    <w:p w14:paraId="4D03A41A" w14:textId="77777777" w:rsidR="00EB0ED9" w:rsidRDefault="00000000">
      <w:pPr>
        <w:spacing w:after="60"/>
        <w:rPr>
          <w:lang w:eastAsia="ja-JP"/>
        </w:rPr>
      </w:pPr>
      <w:r>
        <w:rPr>
          <w:b/>
          <w:lang w:eastAsia="ja-JP"/>
        </w:rPr>
        <w:t>特徴：</w:t>
      </w:r>
      <w:r>
        <w:rPr>
          <w:lang w:eastAsia="ja-JP"/>
        </w:rPr>
        <w:t>光の角度で輝きが変わる、ぷっくり立体のクリスタル加工シール</w:t>
      </w:r>
    </w:p>
    <w:p w14:paraId="1FBB516A" w14:textId="77777777" w:rsidR="00EB0ED9" w:rsidRDefault="00000000">
      <w:pPr>
        <w:spacing w:after="60"/>
        <w:rPr>
          <w:lang w:eastAsia="ja-JP"/>
        </w:rPr>
      </w:pPr>
      <w:r>
        <w:rPr>
          <w:b/>
          <w:lang w:eastAsia="ja-JP"/>
        </w:rPr>
        <w:t>デザイン：</w:t>
      </w:r>
      <w:r>
        <w:rPr>
          <w:lang w:eastAsia="ja-JP"/>
        </w:rPr>
        <w:t>紙パック（大・中・小）／レモン／グラスに注いだレモン牛乳／「関東・栃木レモン」ロゴ／「無果汁」表記／レモン牛乳</w:t>
      </w:r>
      <w:proofErr w:type="gramStart"/>
      <w:r>
        <w:rPr>
          <w:lang w:eastAsia="ja-JP"/>
        </w:rPr>
        <w:t>べこ</w:t>
      </w:r>
      <w:proofErr w:type="gramEnd"/>
      <w:r>
        <w:rPr>
          <w:lang w:eastAsia="ja-JP"/>
        </w:rPr>
        <w:t xml:space="preserve">　を1シートに30枚以上</w:t>
      </w:r>
    </w:p>
    <w:p w14:paraId="702F0C6C" w14:textId="0ECB1F30" w:rsidR="00EB0ED9" w:rsidRDefault="00000000">
      <w:pPr>
        <w:spacing w:after="60"/>
        <w:rPr>
          <w:lang w:eastAsia="ja-JP"/>
        </w:rPr>
      </w:pPr>
      <w:r>
        <w:rPr>
          <w:b/>
          <w:lang w:eastAsia="ja-JP"/>
        </w:rPr>
        <w:t>販売場所：</w:t>
      </w:r>
      <w:r>
        <w:rPr>
          <w:lang w:eastAsia="ja-JP"/>
        </w:rPr>
        <w:t>アカベコランド飯盛山店／七日町店、アカベコランド オンラインショップ（</w:t>
      </w:r>
      <w:r w:rsidR="00EB0ED9">
        <w:fldChar w:fldCharType="begin"/>
      </w:r>
      <w:r w:rsidR="00EB0ED9">
        <w:rPr>
          <w:lang w:eastAsia="ja-JP"/>
        </w:rPr>
        <w:instrText>HYPERLINK "https://akabekoland.buyshop.jp/items/152965632"</w:instrText>
      </w:r>
      <w:r w:rsidR="00EB0ED9">
        <w:fldChar w:fldCharType="separate"/>
      </w:r>
      <w:r w:rsidR="00EB0ED9" w:rsidRPr="0051496E">
        <w:rPr>
          <w:rStyle w:val="aff"/>
          <w:lang w:eastAsia="ja-JP"/>
        </w:rPr>
        <w:t>https://akabekoland.buyshop.jp/</w:t>
      </w:r>
      <w:r w:rsidR="00EB0ED9">
        <w:fldChar w:fldCharType="end"/>
      </w:r>
      <w:r>
        <w:rPr>
          <w:lang w:eastAsia="ja-JP"/>
        </w:rPr>
        <w:t>）</w:t>
      </w:r>
    </w:p>
    <w:p w14:paraId="57FC7EEC" w14:textId="77777777" w:rsidR="00EB0ED9" w:rsidRDefault="00EB0ED9">
      <w:pPr>
        <w:rPr>
          <w:lang w:eastAsia="ja-JP"/>
        </w:rPr>
      </w:pPr>
    </w:p>
    <w:p w14:paraId="589FC886" w14:textId="77777777" w:rsidR="00EB0ED9" w:rsidRDefault="00000000">
      <w:pPr>
        <w:spacing w:after="80"/>
        <w:rPr>
          <w:lang w:eastAsia="ja-JP"/>
        </w:rPr>
      </w:pPr>
      <w:r>
        <w:rPr>
          <w:b/>
          <w:color w:val="1B6B4E"/>
          <w:sz w:val="24"/>
          <w:lang w:eastAsia="ja-JP"/>
        </w:rPr>
        <w:t>会社概要</w:t>
      </w:r>
    </w:p>
    <w:p w14:paraId="04DCB2EC" w14:textId="77777777" w:rsidR="00EB0ED9" w:rsidRDefault="00000000">
      <w:pPr>
        <w:spacing w:after="40"/>
        <w:rPr>
          <w:lang w:eastAsia="ja-JP"/>
        </w:rPr>
      </w:pPr>
      <w:r>
        <w:rPr>
          <w:lang w:eastAsia="ja-JP"/>
        </w:rPr>
        <w:t>株式会社アカベコランド</w:t>
      </w:r>
    </w:p>
    <w:p w14:paraId="21C8ACFA" w14:textId="77777777" w:rsidR="00EB0ED9" w:rsidRDefault="00000000">
      <w:pPr>
        <w:spacing w:after="40"/>
      </w:pPr>
      <w:r>
        <w:t>所在地：福島県会津若松市七日町８−４</w:t>
      </w:r>
    </w:p>
    <w:p w14:paraId="2AA0B0DD" w14:textId="77777777" w:rsidR="00EB0ED9" w:rsidRDefault="00000000">
      <w:pPr>
        <w:spacing w:after="40"/>
        <w:rPr>
          <w:lang w:eastAsia="ja-JP"/>
        </w:rPr>
      </w:pPr>
      <w:r>
        <w:rPr>
          <w:lang w:eastAsia="ja-JP"/>
        </w:rPr>
        <w:t>事業内容：赤</w:t>
      </w:r>
      <w:proofErr w:type="gramStart"/>
      <w:r>
        <w:rPr>
          <w:lang w:eastAsia="ja-JP"/>
        </w:rPr>
        <w:t>べ</w:t>
      </w:r>
      <w:proofErr w:type="gramEnd"/>
      <w:r>
        <w:rPr>
          <w:lang w:eastAsia="ja-JP"/>
        </w:rPr>
        <w:t>この製造販売、体験型観光施設運営</w:t>
      </w:r>
    </w:p>
    <w:p w14:paraId="71ADD10B" w14:textId="77777777" w:rsidR="00EB0ED9" w:rsidRDefault="00000000">
      <w:pPr>
        <w:spacing w:after="40"/>
        <w:rPr>
          <w:lang w:eastAsia="ja-JP"/>
        </w:rPr>
      </w:pPr>
      <w:r>
        <w:rPr>
          <w:lang w:eastAsia="ja-JP"/>
        </w:rPr>
        <w:t>店舗：アカベコランド飯盛山店（2024年4月開業）／七日町店（2025年3月開業）</w:t>
      </w:r>
    </w:p>
    <w:p w14:paraId="34398D21" w14:textId="77777777" w:rsidR="00EB0ED9" w:rsidRDefault="00000000">
      <w:pPr>
        <w:spacing w:after="280"/>
      </w:pPr>
      <w:proofErr w:type="spellStart"/>
      <w:r>
        <w:t>URL：https</w:t>
      </w:r>
      <w:proofErr w:type="spellEnd"/>
      <w:r>
        <w:t>://akabekoland.com/</w:t>
      </w:r>
    </w:p>
    <w:p w14:paraId="1EE807AD" w14:textId="77777777" w:rsidR="00EB0ED9" w:rsidRDefault="00000000">
      <w:pPr>
        <w:spacing w:after="80"/>
        <w:rPr>
          <w:lang w:eastAsia="ja-JP"/>
        </w:rPr>
      </w:pPr>
      <w:r>
        <w:rPr>
          <w:b/>
          <w:color w:val="1B6B4E"/>
          <w:sz w:val="24"/>
          <w:lang w:eastAsia="ja-JP"/>
        </w:rPr>
        <w:t>本件に関するお問い合わせ</w:t>
      </w:r>
    </w:p>
    <w:p w14:paraId="467B45C6" w14:textId="77777777" w:rsidR="00EB0ED9" w:rsidRDefault="00000000">
      <w:pPr>
        <w:spacing w:after="40"/>
        <w:rPr>
          <w:lang w:eastAsia="ja-JP"/>
        </w:rPr>
      </w:pPr>
      <w:r>
        <w:rPr>
          <w:lang w:eastAsia="ja-JP"/>
        </w:rPr>
        <w:t>アカベコランド　担当：渡邊高章</w:t>
      </w:r>
    </w:p>
    <w:p w14:paraId="0230932D" w14:textId="77777777" w:rsidR="00EB0ED9" w:rsidRDefault="00000000">
      <w:pPr>
        <w:spacing w:after="40"/>
      </w:pPr>
      <w:r>
        <w:t>TEL：0242-23-9945　／　E-Mail：takaaki-watanabe@akabekoland.com</w:t>
      </w:r>
    </w:p>
    <w:p w14:paraId="1C8ADB73" w14:textId="77777777" w:rsidR="00EB0ED9" w:rsidRDefault="00000000">
      <w:pPr>
        <w:spacing w:after="40"/>
        <w:rPr>
          <w:lang w:eastAsia="ja-JP"/>
        </w:rPr>
      </w:pPr>
      <w:r>
        <w:rPr>
          <w:lang w:eastAsia="ja-JP"/>
        </w:rPr>
        <w:t>※ 商品画像・素材データをご用意しています。お気軽にご連絡ください。</w:t>
      </w:r>
    </w:p>
    <w:sectPr w:rsidR="00EB0ED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926645829">
    <w:abstractNumId w:val="8"/>
  </w:num>
  <w:num w:numId="2" w16cid:durableId="1863276080">
    <w:abstractNumId w:val="6"/>
  </w:num>
  <w:num w:numId="3" w16cid:durableId="1809400036">
    <w:abstractNumId w:val="5"/>
  </w:num>
  <w:num w:numId="4" w16cid:durableId="1753619827">
    <w:abstractNumId w:val="4"/>
  </w:num>
  <w:num w:numId="5" w16cid:durableId="1014919105">
    <w:abstractNumId w:val="7"/>
  </w:num>
  <w:num w:numId="6" w16cid:durableId="713820430">
    <w:abstractNumId w:val="3"/>
  </w:num>
  <w:num w:numId="7" w16cid:durableId="552734689">
    <w:abstractNumId w:val="2"/>
  </w:num>
  <w:num w:numId="8" w16cid:durableId="204145441">
    <w:abstractNumId w:val="1"/>
  </w:num>
  <w:num w:numId="9" w16cid:durableId="173797610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22CAD"/>
    <w:rsid w:val="0029639D"/>
    <w:rsid w:val="00326F90"/>
    <w:rsid w:val="003B2FD2"/>
    <w:rsid w:val="0051496E"/>
    <w:rsid w:val="00A92A41"/>
    <w:rsid w:val="00AA1D8D"/>
    <w:rsid w:val="00B47730"/>
    <w:rsid w:val="00BA4729"/>
    <w:rsid w:val="00CB0664"/>
    <w:rsid w:val="00D72E1B"/>
    <w:rsid w:val="00EB0E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3D3AA64F"/>
  <w14:defaultImageDpi w14:val="300"/>
  <w15:docId w15:val="{0C9705CB-37C3-8C42-96B7-05B42194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Yu Gothic" w:eastAsia="Yu Gothic" w:hAnsi="Yu Gothic"/>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
    <w:name w:val="Hyperlink"/>
    <w:basedOn w:val="a2"/>
    <w:uiPriority w:val="99"/>
    <w:unhideWhenUsed/>
    <w:rsid w:val="0051496E"/>
    <w:rPr>
      <w:color w:val="0000FF" w:themeColor="hyperlink"/>
      <w:u w:val="single"/>
    </w:rPr>
  </w:style>
  <w:style w:type="character" w:styleId="aff0">
    <w:name w:val="Unresolved Mention"/>
    <w:basedOn w:val="a2"/>
    <w:uiPriority w:val="99"/>
    <w:semiHidden/>
    <w:unhideWhenUsed/>
    <w:rsid w:val="005149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193</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高章 渡邊</cp:lastModifiedBy>
  <cp:revision>6</cp:revision>
  <dcterms:created xsi:type="dcterms:W3CDTF">2013-12-23T23:15:00Z</dcterms:created>
  <dcterms:modified xsi:type="dcterms:W3CDTF">2026-08-05T20:47:00Z</dcterms:modified>
  <cp:category/>
</cp:coreProperties>
</file>